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B2" w:rsidRPr="00A5349D" w:rsidRDefault="00A5349D">
      <w:pPr>
        <w:jc w:val="center"/>
        <w:rPr>
          <w:lang w:val="kk-KZ"/>
        </w:rPr>
      </w:pPr>
      <w:r>
        <w:rPr>
          <w:b/>
          <w:sz w:val="28"/>
          <w:lang w:val="kk-KZ"/>
        </w:rPr>
        <w:t>«Қараөзек ауылының ЖОББМ»КММ</w:t>
      </w:r>
    </w:p>
    <w:p w:rsidR="003973B2" w:rsidRDefault="003973B2"/>
    <w:p w:rsidR="003973B2" w:rsidRDefault="003973B2"/>
    <w:p w:rsidR="003973B2" w:rsidRDefault="003973B2"/>
    <w:p w:rsidR="003973B2" w:rsidRDefault="003973B2"/>
    <w:p w:rsidR="003973B2" w:rsidRDefault="003973B2"/>
    <w:p w:rsidR="00A5349D" w:rsidRDefault="00A5349D">
      <w:pPr>
        <w:jc w:val="center"/>
        <w:rPr>
          <w:b/>
          <w:color w:val="1A365D"/>
          <w:sz w:val="32"/>
          <w:lang w:val="kk-KZ"/>
        </w:rPr>
      </w:pPr>
    </w:p>
    <w:p w:rsidR="00A5349D" w:rsidRDefault="00A5349D">
      <w:pPr>
        <w:jc w:val="center"/>
        <w:rPr>
          <w:b/>
          <w:color w:val="1A365D"/>
          <w:sz w:val="32"/>
          <w:lang w:val="kk-KZ"/>
        </w:rPr>
      </w:pPr>
    </w:p>
    <w:p w:rsidR="00A5349D" w:rsidRDefault="00A5349D">
      <w:pPr>
        <w:jc w:val="center"/>
        <w:rPr>
          <w:b/>
          <w:color w:val="1A365D"/>
          <w:sz w:val="32"/>
          <w:lang w:val="kk-KZ"/>
        </w:rPr>
      </w:pPr>
    </w:p>
    <w:p w:rsidR="003973B2" w:rsidRPr="00A5349D" w:rsidRDefault="00A5349D" w:rsidP="00A5349D">
      <w:pPr>
        <w:jc w:val="center"/>
        <w:rPr>
          <w:b/>
        </w:rPr>
      </w:pPr>
      <w:r w:rsidRPr="00A5349D">
        <w:rPr>
          <w:b/>
        </w:rPr>
        <w:t>БАСТАУЫШ СЫНЫПТАР ӘДІСТЕМЕЛІК БІРЛЕСЕКТІГІНІҢ</w:t>
      </w:r>
      <w:r w:rsidRPr="00A5349D">
        <w:rPr>
          <w:b/>
        </w:rPr>
        <w:br/>
        <w:t>ЖЫЛДЫҚ ЖҰМЫС ЖОСПАРЫ</w:t>
      </w:r>
    </w:p>
    <w:p w:rsidR="003973B2" w:rsidRDefault="00A5349D">
      <w:pPr>
        <w:jc w:val="center"/>
      </w:pPr>
      <w:r w:rsidRPr="00A5349D">
        <w:rPr>
          <w:b/>
          <w:sz w:val="28"/>
          <w:lang w:val="kk-KZ"/>
        </w:rPr>
        <w:br/>
      </w:r>
    </w:p>
    <w:p w:rsidR="003973B2" w:rsidRDefault="003973B2"/>
    <w:p w:rsidR="003973B2" w:rsidRDefault="003973B2"/>
    <w:p w:rsidR="003973B2" w:rsidRDefault="003973B2"/>
    <w:p w:rsidR="003973B2" w:rsidRDefault="003973B2"/>
    <w:p w:rsidR="003973B2" w:rsidRDefault="003973B2"/>
    <w:p w:rsidR="003973B2" w:rsidRDefault="003973B2"/>
    <w:p w:rsidR="003973B2" w:rsidRDefault="003973B2"/>
    <w:p w:rsidR="003973B2" w:rsidRPr="00A5349D" w:rsidRDefault="003973B2">
      <w:pPr>
        <w:rPr>
          <w:sz w:val="32"/>
        </w:rPr>
      </w:pPr>
    </w:p>
    <w:p w:rsidR="003973B2" w:rsidRDefault="00A5349D" w:rsidP="00A5349D">
      <w:pPr>
        <w:jc w:val="center"/>
      </w:pPr>
      <w:r>
        <w:rPr>
          <w:b/>
          <w:sz w:val="32"/>
          <w:lang w:val="kk-KZ"/>
        </w:rPr>
        <w:t xml:space="preserve">                                              </w:t>
      </w:r>
      <w:r w:rsidRPr="00A5349D">
        <w:rPr>
          <w:b/>
          <w:sz w:val="32"/>
        </w:rPr>
        <w:t>ӘБ</w:t>
      </w:r>
      <w:r w:rsidRPr="00A5349D">
        <w:rPr>
          <w:b/>
          <w:sz w:val="32"/>
        </w:rPr>
        <w:t xml:space="preserve"> </w:t>
      </w:r>
      <w:proofErr w:type="spellStart"/>
      <w:r w:rsidRPr="00A5349D">
        <w:rPr>
          <w:b/>
          <w:sz w:val="32"/>
        </w:rPr>
        <w:t>жетекшісі</w:t>
      </w:r>
      <w:proofErr w:type="spellEnd"/>
      <w:r w:rsidRPr="00A5349D">
        <w:rPr>
          <w:b/>
          <w:sz w:val="32"/>
        </w:rPr>
        <w:t xml:space="preserve">: </w:t>
      </w:r>
      <w:r w:rsidRPr="00A5349D">
        <w:rPr>
          <w:b/>
          <w:sz w:val="32"/>
          <w:lang w:val="kk-KZ"/>
        </w:rPr>
        <w:t xml:space="preserve">   Шугайв К.</w:t>
      </w:r>
      <w:r>
        <w:rPr>
          <w:b/>
        </w:rPr>
        <w:br/>
      </w:r>
      <w:r>
        <w:rPr>
          <w:b/>
        </w:rPr>
        <w:br/>
      </w:r>
    </w:p>
    <w:p w:rsidR="00A5349D" w:rsidRDefault="00A5349D">
      <w:pPr>
        <w:rPr>
          <w:lang w:val="kk-KZ"/>
        </w:rPr>
      </w:pPr>
    </w:p>
    <w:p w:rsidR="00A5349D" w:rsidRDefault="00A5349D">
      <w:pPr>
        <w:rPr>
          <w:lang w:val="kk-KZ"/>
        </w:rPr>
      </w:pPr>
    </w:p>
    <w:p w:rsidR="00A5349D" w:rsidRDefault="00A5349D">
      <w:pPr>
        <w:rPr>
          <w:lang w:val="kk-KZ"/>
        </w:rPr>
      </w:pPr>
    </w:p>
    <w:p w:rsidR="00A5349D" w:rsidRDefault="00A5349D">
      <w:pPr>
        <w:rPr>
          <w:b/>
          <w:sz w:val="28"/>
          <w:lang w:val="kk-KZ"/>
        </w:rPr>
      </w:pPr>
    </w:p>
    <w:p w:rsidR="00A5349D" w:rsidRDefault="00A5349D">
      <w:pPr>
        <w:rPr>
          <w:b/>
          <w:sz w:val="28"/>
          <w:lang w:val="kk-KZ"/>
        </w:rPr>
      </w:pPr>
    </w:p>
    <w:p w:rsidR="00A5349D" w:rsidRDefault="00A5349D">
      <w:pPr>
        <w:rPr>
          <w:b/>
          <w:sz w:val="28"/>
          <w:lang w:val="kk-KZ"/>
        </w:rPr>
      </w:pPr>
    </w:p>
    <w:p w:rsidR="00A5349D" w:rsidRDefault="00A5349D">
      <w:pPr>
        <w:rPr>
          <w:b/>
          <w:sz w:val="28"/>
          <w:lang w:val="kk-KZ"/>
        </w:rPr>
      </w:pPr>
    </w:p>
    <w:p w:rsidR="00A5349D" w:rsidRDefault="00A5349D">
      <w:pPr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                                    </w:t>
      </w:r>
      <w:r w:rsidRPr="00A5349D">
        <w:rPr>
          <w:b/>
          <w:sz w:val="28"/>
          <w:lang w:val="kk-KZ"/>
        </w:rPr>
        <w:t>2026-2027 ОҚУ ЖЫЛЫ</w:t>
      </w:r>
    </w:p>
    <w:p w:rsidR="003973B2" w:rsidRPr="00A5349D" w:rsidRDefault="00A5349D" w:rsidP="00A5349D">
      <w:pPr>
        <w:rPr>
          <w:b/>
        </w:rPr>
      </w:pPr>
      <w:r w:rsidRPr="00A5349D">
        <w:rPr>
          <w:b/>
        </w:rPr>
        <w:lastRenderedPageBreak/>
        <w:t>І. ТҮСІНІКТЕМЕ ХАТ ЖӘНЕ МАҚСАТТАРЫ</w:t>
      </w:r>
    </w:p>
    <w:p w:rsidR="003973B2" w:rsidRPr="00A5349D" w:rsidRDefault="00A5349D" w:rsidP="00A5349D">
      <w:proofErr w:type="spellStart"/>
      <w:proofErr w:type="gramStart"/>
      <w:r w:rsidRPr="00A5349D">
        <w:t>Бастауыш</w:t>
      </w:r>
      <w:proofErr w:type="spellEnd"/>
      <w:r w:rsidRPr="00A5349D">
        <w:t xml:space="preserve"> </w:t>
      </w:r>
      <w:proofErr w:type="spellStart"/>
      <w:r w:rsidRPr="00A5349D">
        <w:t>сыныптар</w:t>
      </w:r>
      <w:proofErr w:type="spellEnd"/>
      <w:r w:rsidRPr="00A5349D">
        <w:t xml:space="preserve"> </w:t>
      </w:r>
      <w:proofErr w:type="spellStart"/>
      <w:r w:rsidRPr="00A5349D">
        <w:t>әдістемелік</w:t>
      </w:r>
      <w:proofErr w:type="spellEnd"/>
      <w:r w:rsidRPr="00A5349D">
        <w:t xml:space="preserve"> </w:t>
      </w:r>
      <w:proofErr w:type="spellStart"/>
      <w:r w:rsidRPr="00A5349D">
        <w:t>бірлестігінің</w:t>
      </w:r>
      <w:proofErr w:type="spellEnd"/>
      <w:r w:rsidRPr="00A5349D">
        <w:t xml:space="preserve"> 2026-2027 </w:t>
      </w:r>
      <w:proofErr w:type="spellStart"/>
      <w:r w:rsidRPr="00A5349D">
        <w:t>оқу</w:t>
      </w:r>
      <w:proofErr w:type="spellEnd"/>
      <w:r w:rsidRPr="00A5349D">
        <w:t xml:space="preserve"> </w:t>
      </w:r>
      <w:proofErr w:type="spellStart"/>
      <w:r w:rsidRPr="00A5349D">
        <w:t>жылына</w:t>
      </w:r>
      <w:proofErr w:type="spellEnd"/>
      <w:r w:rsidRPr="00A5349D">
        <w:t xml:space="preserve"> </w:t>
      </w:r>
      <w:proofErr w:type="spellStart"/>
      <w:r w:rsidRPr="00A5349D">
        <w:t>арналған</w:t>
      </w:r>
      <w:proofErr w:type="spellEnd"/>
      <w:r w:rsidRPr="00A5349D">
        <w:t xml:space="preserve"> </w:t>
      </w:r>
      <w:proofErr w:type="spellStart"/>
      <w:r w:rsidRPr="00A5349D">
        <w:t>жұмыс</w:t>
      </w:r>
      <w:proofErr w:type="spellEnd"/>
      <w:r w:rsidRPr="00A5349D">
        <w:t xml:space="preserve"> </w:t>
      </w:r>
      <w:proofErr w:type="spellStart"/>
      <w:r w:rsidRPr="00A5349D">
        <w:t>жоспары</w:t>
      </w:r>
      <w:proofErr w:type="spellEnd"/>
      <w:r w:rsidRPr="00A5349D">
        <w:t xml:space="preserve"> </w:t>
      </w:r>
      <w:proofErr w:type="spellStart"/>
      <w:r w:rsidRPr="00A5349D">
        <w:t>заманауи</w:t>
      </w:r>
      <w:proofErr w:type="spellEnd"/>
      <w:r w:rsidRPr="00A5349D">
        <w:t xml:space="preserve"> </w:t>
      </w:r>
      <w:proofErr w:type="spellStart"/>
      <w:r w:rsidRPr="00A5349D">
        <w:t>білім</w:t>
      </w:r>
      <w:proofErr w:type="spellEnd"/>
      <w:r w:rsidRPr="00A5349D">
        <w:t xml:space="preserve"> </w:t>
      </w:r>
      <w:proofErr w:type="spellStart"/>
      <w:r w:rsidRPr="00A5349D">
        <w:t>беру</w:t>
      </w:r>
      <w:proofErr w:type="spellEnd"/>
      <w:r w:rsidRPr="00A5349D">
        <w:t xml:space="preserve"> </w:t>
      </w:r>
      <w:proofErr w:type="spellStart"/>
      <w:r w:rsidRPr="00A5349D">
        <w:t>трендтерін</w:t>
      </w:r>
      <w:proofErr w:type="spellEnd"/>
      <w:r w:rsidRPr="00A5349D">
        <w:t xml:space="preserve"> (</w:t>
      </w:r>
      <w:proofErr w:type="spellStart"/>
      <w:r w:rsidRPr="00A5349D">
        <w:t>функционалдық</w:t>
      </w:r>
      <w:proofErr w:type="spellEnd"/>
      <w:r w:rsidRPr="00A5349D">
        <w:t xml:space="preserve"> </w:t>
      </w:r>
      <w:proofErr w:type="spellStart"/>
      <w:r w:rsidRPr="00A5349D">
        <w:t>сауаттылық</w:t>
      </w:r>
      <w:proofErr w:type="spellEnd"/>
      <w:r w:rsidRPr="00A5349D">
        <w:t xml:space="preserve">, </w:t>
      </w:r>
      <w:proofErr w:type="spellStart"/>
      <w:r w:rsidRPr="00A5349D">
        <w:t>цифрландыру</w:t>
      </w:r>
      <w:proofErr w:type="spellEnd"/>
      <w:r w:rsidRPr="00A5349D">
        <w:t xml:space="preserve">, </w:t>
      </w:r>
      <w:proofErr w:type="spellStart"/>
      <w:r w:rsidRPr="00A5349D">
        <w:t>жасанды</w:t>
      </w:r>
      <w:proofErr w:type="spellEnd"/>
      <w:r w:rsidRPr="00A5349D">
        <w:t xml:space="preserve"> </w:t>
      </w:r>
      <w:proofErr w:type="spellStart"/>
      <w:r w:rsidRPr="00A5349D">
        <w:t>интеллектіні</w:t>
      </w:r>
      <w:proofErr w:type="spellEnd"/>
      <w:r w:rsidRPr="00A5349D">
        <w:t xml:space="preserve"> </w:t>
      </w:r>
      <w:proofErr w:type="spellStart"/>
      <w:r w:rsidRPr="00A5349D">
        <w:t>білім</w:t>
      </w:r>
      <w:proofErr w:type="spellEnd"/>
      <w:r w:rsidRPr="00A5349D">
        <w:t xml:space="preserve"> </w:t>
      </w:r>
      <w:proofErr w:type="spellStart"/>
      <w:r w:rsidRPr="00A5349D">
        <w:t>беруде</w:t>
      </w:r>
      <w:proofErr w:type="spellEnd"/>
      <w:r w:rsidRPr="00A5349D">
        <w:t xml:space="preserve"> </w:t>
      </w:r>
      <w:proofErr w:type="spellStart"/>
      <w:r w:rsidRPr="00A5349D">
        <w:t>қолдану</w:t>
      </w:r>
      <w:proofErr w:type="spellEnd"/>
      <w:r w:rsidRPr="00A5349D">
        <w:t xml:space="preserve"> </w:t>
      </w:r>
      <w:proofErr w:type="spellStart"/>
      <w:r w:rsidRPr="00A5349D">
        <w:t>және</w:t>
      </w:r>
      <w:proofErr w:type="spellEnd"/>
      <w:r w:rsidRPr="00A5349D">
        <w:t xml:space="preserve"> </w:t>
      </w:r>
      <w:proofErr w:type="spellStart"/>
      <w:r w:rsidRPr="00A5349D">
        <w:t>оқу</w:t>
      </w:r>
      <w:proofErr w:type="spellEnd"/>
      <w:r w:rsidRPr="00A5349D">
        <w:t xml:space="preserve"> </w:t>
      </w:r>
      <w:proofErr w:type="spellStart"/>
      <w:r w:rsidRPr="00A5349D">
        <w:t>жылдамдығын</w:t>
      </w:r>
      <w:proofErr w:type="spellEnd"/>
      <w:r w:rsidRPr="00A5349D">
        <w:t xml:space="preserve"> </w:t>
      </w:r>
      <w:proofErr w:type="spellStart"/>
      <w:r w:rsidRPr="00A5349D">
        <w:t>талдау</w:t>
      </w:r>
      <w:proofErr w:type="spellEnd"/>
      <w:r w:rsidRPr="00A5349D">
        <w:t xml:space="preserve">) </w:t>
      </w:r>
      <w:proofErr w:type="spellStart"/>
      <w:r w:rsidRPr="00A5349D">
        <w:t>ескере</w:t>
      </w:r>
      <w:proofErr w:type="spellEnd"/>
      <w:r w:rsidRPr="00A5349D">
        <w:t xml:space="preserve"> </w:t>
      </w:r>
      <w:proofErr w:type="spellStart"/>
      <w:r w:rsidRPr="00A5349D">
        <w:t>отырып</w:t>
      </w:r>
      <w:proofErr w:type="spellEnd"/>
      <w:r w:rsidRPr="00A5349D">
        <w:t xml:space="preserve"> </w:t>
      </w:r>
      <w:proofErr w:type="spellStart"/>
      <w:r w:rsidRPr="00A5349D">
        <w:t>құрылды</w:t>
      </w:r>
      <w:proofErr w:type="spellEnd"/>
      <w:r w:rsidRPr="00A5349D">
        <w:t>.</w:t>
      </w:r>
      <w:proofErr w:type="gramEnd"/>
    </w:p>
    <w:p w:rsidR="003973B2" w:rsidRPr="00A5349D" w:rsidRDefault="00A5349D" w:rsidP="00A5349D">
      <w:proofErr w:type="spellStart"/>
      <w:r w:rsidRPr="00A5349D">
        <w:rPr>
          <w:b/>
        </w:rPr>
        <w:t>Мақсаты</w:t>
      </w:r>
      <w:proofErr w:type="spellEnd"/>
      <w:r w:rsidRPr="00A5349D">
        <w:rPr>
          <w:b/>
        </w:rPr>
        <w:t>:</w:t>
      </w:r>
      <w:r w:rsidRPr="00A5349D">
        <w:t xml:space="preserve"> </w:t>
      </w:r>
      <w:proofErr w:type="spellStart"/>
      <w:r w:rsidRPr="00A5349D">
        <w:t>Бастауыш</w:t>
      </w:r>
      <w:proofErr w:type="spellEnd"/>
      <w:r w:rsidRPr="00A5349D">
        <w:t xml:space="preserve"> </w:t>
      </w:r>
      <w:proofErr w:type="spellStart"/>
      <w:r w:rsidRPr="00A5349D">
        <w:t>сын</w:t>
      </w:r>
      <w:r w:rsidRPr="00A5349D">
        <w:t>ып</w:t>
      </w:r>
      <w:proofErr w:type="spellEnd"/>
      <w:r w:rsidRPr="00A5349D">
        <w:t xml:space="preserve"> </w:t>
      </w:r>
      <w:proofErr w:type="spellStart"/>
      <w:r w:rsidRPr="00A5349D">
        <w:t>мұғалімдерінің</w:t>
      </w:r>
      <w:proofErr w:type="spellEnd"/>
      <w:r w:rsidRPr="00A5349D">
        <w:t xml:space="preserve"> </w:t>
      </w:r>
      <w:proofErr w:type="spellStart"/>
      <w:r w:rsidRPr="00A5349D">
        <w:t>кәсіби</w:t>
      </w:r>
      <w:proofErr w:type="spellEnd"/>
      <w:r w:rsidRPr="00A5349D">
        <w:t xml:space="preserve"> </w:t>
      </w:r>
      <w:proofErr w:type="spellStart"/>
      <w:r w:rsidRPr="00A5349D">
        <w:t>құзыреттілігін</w:t>
      </w:r>
      <w:proofErr w:type="spellEnd"/>
      <w:r w:rsidRPr="00A5349D">
        <w:t xml:space="preserve"> </w:t>
      </w:r>
      <w:proofErr w:type="spellStart"/>
      <w:r w:rsidRPr="00A5349D">
        <w:t>арттыру</w:t>
      </w:r>
      <w:proofErr w:type="spellEnd"/>
      <w:r w:rsidRPr="00A5349D">
        <w:t xml:space="preserve">, </w:t>
      </w:r>
      <w:proofErr w:type="spellStart"/>
      <w:r w:rsidRPr="00A5349D">
        <w:t>оқытудың</w:t>
      </w:r>
      <w:proofErr w:type="spellEnd"/>
      <w:r w:rsidRPr="00A5349D">
        <w:t xml:space="preserve"> </w:t>
      </w:r>
      <w:proofErr w:type="spellStart"/>
      <w:r w:rsidRPr="00A5349D">
        <w:t>жаңа</w:t>
      </w:r>
      <w:proofErr w:type="spellEnd"/>
      <w:r w:rsidRPr="00A5349D">
        <w:t xml:space="preserve"> </w:t>
      </w:r>
      <w:proofErr w:type="spellStart"/>
      <w:r w:rsidRPr="00A5349D">
        <w:t>технологияларын</w:t>
      </w:r>
      <w:proofErr w:type="spellEnd"/>
      <w:r w:rsidRPr="00A5349D">
        <w:t xml:space="preserve"> (ЖИ, </w:t>
      </w:r>
      <w:proofErr w:type="spellStart"/>
      <w:r w:rsidRPr="00A5349D">
        <w:t>цифрлық</w:t>
      </w:r>
      <w:proofErr w:type="spellEnd"/>
      <w:r w:rsidRPr="00A5349D">
        <w:t xml:space="preserve"> </w:t>
      </w:r>
      <w:proofErr w:type="spellStart"/>
      <w:r w:rsidRPr="00A5349D">
        <w:t>платформалар</w:t>
      </w:r>
      <w:proofErr w:type="spellEnd"/>
      <w:r w:rsidRPr="00A5349D">
        <w:t xml:space="preserve">) </w:t>
      </w:r>
      <w:proofErr w:type="spellStart"/>
      <w:r w:rsidRPr="00A5349D">
        <w:t>енгізу</w:t>
      </w:r>
      <w:proofErr w:type="spellEnd"/>
      <w:r w:rsidRPr="00A5349D">
        <w:t xml:space="preserve"> </w:t>
      </w:r>
      <w:proofErr w:type="spellStart"/>
      <w:r w:rsidRPr="00A5349D">
        <w:t>арқылы</w:t>
      </w:r>
      <w:proofErr w:type="spellEnd"/>
      <w:r w:rsidRPr="00A5349D">
        <w:t xml:space="preserve"> </w:t>
      </w:r>
      <w:proofErr w:type="spellStart"/>
      <w:r w:rsidRPr="00A5349D">
        <w:t>оқушылардың</w:t>
      </w:r>
      <w:proofErr w:type="spellEnd"/>
      <w:r w:rsidRPr="00A5349D">
        <w:t xml:space="preserve"> </w:t>
      </w:r>
      <w:proofErr w:type="spellStart"/>
      <w:r w:rsidRPr="00A5349D">
        <w:t>білім</w:t>
      </w:r>
      <w:proofErr w:type="spellEnd"/>
      <w:r w:rsidRPr="00A5349D">
        <w:t xml:space="preserve"> </w:t>
      </w:r>
      <w:proofErr w:type="spellStart"/>
      <w:r w:rsidRPr="00A5349D">
        <w:t>сапасын</w:t>
      </w:r>
      <w:proofErr w:type="spellEnd"/>
      <w:r w:rsidRPr="00A5349D">
        <w:t xml:space="preserve"> </w:t>
      </w:r>
      <w:proofErr w:type="spellStart"/>
      <w:r w:rsidRPr="00A5349D">
        <w:t>және</w:t>
      </w:r>
      <w:proofErr w:type="spellEnd"/>
      <w:r w:rsidRPr="00A5349D">
        <w:t xml:space="preserve"> </w:t>
      </w:r>
      <w:proofErr w:type="spellStart"/>
      <w:r w:rsidRPr="00A5349D">
        <w:t>функционалдық</w:t>
      </w:r>
      <w:proofErr w:type="spellEnd"/>
      <w:r w:rsidRPr="00A5349D">
        <w:t xml:space="preserve"> </w:t>
      </w:r>
      <w:proofErr w:type="spellStart"/>
      <w:r w:rsidRPr="00A5349D">
        <w:t>сауаттылығын</w:t>
      </w:r>
      <w:proofErr w:type="spellEnd"/>
      <w:r w:rsidRPr="00A5349D">
        <w:t xml:space="preserve"> (</w:t>
      </w:r>
      <w:proofErr w:type="spellStart"/>
      <w:r w:rsidRPr="00A5349D">
        <w:t>оқу</w:t>
      </w:r>
      <w:proofErr w:type="spellEnd"/>
      <w:r w:rsidRPr="00A5349D">
        <w:t xml:space="preserve">, </w:t>
      </w:r>
      <w:proofErr w:type="spellStart"/>
      <w:r w:rsidRPr="00A5349D">
        <w:t>математикалық</w:t>
      </w:r>
      <w:proofErr w:type="spellEnd"/>
      <w:r w:rsidRPr="00A5349D">
        <w:t xml:space="preserve">, </w:t>
      </w:r>
      <w:proofErr w:type="spellStart"/>
      <w:r w:rsidRPr="00A5349D">
        <w:t>жаратылыстану</w:t>
      </w:r>
      <w:proofErr w:type="spellEnd"/>
      <w:r w:rsidRPr="00A5349D">
        <w:t xml:space="preserve">) </w:t>
      </w:r>
      <w:proofErr w:type="spellStart"/>
      <w:r w:rsidRPr="00A5349D">
        <w:t>арттыру</w:t>
      </w:r>
      <w:proofErr w:type="spellEnd"/>
      <w:r w:rsidRPr="00A5349D">
        <w:t>.</w:t>
      </w:r>
    </w:p>
    <w:p w:rsidR="003973B2" w:rsidRPr="00A5349D" w:rsidRDefault="00A5349D" w:rsidP="00A5349D">
      <w:pPr>
        <w:rPr>
          <w:b/>
        </w:rPr>
      </w:pPr>
      <w:proofErr w:type="spellStart"/>
      <w:r w:rsidRPr="00A5349D">
        <w:rPr>
          <w:b/>
        </w:rPr>
        <w:t>Міндеттері</w:t>
      </w:r>
      <w:proofErr w:type="spellEnd"/>
      <w:r w:rsidRPr="00A5349D">
        <w:rPr>
          <w:b/>
        </w:rPr>
        <w:t>:</w:t>
      </w:r>
    </w:p>
    <w:p w:rsidR="003973B2" w:rsidRPr="00A5349D" w:rsidRDefault="00A5349D" w:rsidP="00A5349D">
      <w:proofErr w:type="spellStart"/>
      <w:proofErr w:type="gramStart"/>
      <w:r w:rsidRPr="00A5349D">
        <w:t>Жас</w:t>
      </w:r>
      <w:proofErr w:type="spellEnd"/>
      <w:r w:rsidRPr="00A5349D">
        <w:t xml:space="preserve"> </w:t>
      </w:r>
      <w:proofErr w:type="spellStart"/>
      <w:r w:rsidRPr="00A5349D">
        <w:t>және</w:t>
      </w:r>
      <w:proofErr w:type="spellEnd"/>
      <w:r w:rsidRPr="00A5349D">
        <w:t xml:space="preserve"> </w:t>
      </w:r>
      <w:proofErr w:type="spellStart"/>
      <w:r w:rsidRPr="00A5349D">
        <w:t>жаңадан</w:t>
      </w:r>
      <w:proofErr w:type="spellEnd"/>
      <w:r w:rsidRPr="00A5349D">
        <w:t xml:space="preserve"> </w:t>
      </w:r>
      <w:proofErr w:type="spellStart"/>
      <w:r w:rsidRPr="00A5349D">
        <w:t>келг</w:t>
      </w:r>
      <w:r w:rsidRPr="00A5349D">
        <w:t>ен</w:t>
      </w:r>
      <w:proofErr w:type="spellEnd"/>
      <w:r w:rsidRPr="00A5349D">
        <w:t xml:space="preserve"> </w:t>
      </w:r>
      <w:proofErr w:type="spellStart"/>
      <w:r w:rsidRPr="00A5349D">
        <w:t>мамандарға</w:t>
      </w:r>
      <w:proofErr w:type="spellEnd"/>
      <w:r w:rsidRPr="00A5349D">
        <w:t xml:space="preserve"> </w:t>
      </w:r>
      <w:proofErr w:type="spellStart"/>
      <w:r w:rsidRPr="00A5349D">
        <w:t>әдістемелік</w:t>
      </w:r>
      <w:proofErr w:type="spellEnd"/>
      <w:r w:rsidRPr="00A5349D">
        <w:t xml:space="preserve"> </w:t>
      </w:r>
      <w:proofErr w:type="spellStart"/>
      <w:r w:rsidRPr="00A5349D">
        <w:t>қолдау</w:t>
      </w:r>
      <w:proofErr w:type="spellEnd"/>
      <w:r w:rsidRPr="00A5349D">
        <w:t xml:space="preserve"> </w:t>
      </w:r>
      <w:proofErr w:type="spellStart"/>
      <w:r w:rsidRPr="00A5349D">
        <w:t>көрсету</w:t>
      </w:r>
      <w:proofErr w:type="spellEnd"/>
      <w:r w:rsidRPr="00A5349D">
        <w:t xml:space="preserve"> (</w:t>
      </w:r>
      <w:proofErr w:type="spellStart"/>
      <w:r w:rsidRPr="00A5349D">
        <w:t>тәлімгерлік</w:t>
      </w:r>
      <w:proofErr w:type="spellEnd"/>
      <w:r w:rsidRPr="00A5349D">
        <w:t xml:space="preserve"> </w:t>
      </w:r>
      <w:proofErr w:type="spellStart"/>
      <w:r w:rsidRPr="00A5349D">
        <w:t>және</w:t>
      </w:r>
      <w:proofErr w:type="spellEnd"/>
      <w:r w:rsidRPr="00A5349D">
        <w:t xml:space="preserve"> </w:t>
      </w:r>
      <w:proofErr w:type="spellStart"/>
      <w:r w:rsidRPr="00A5349D">
        <w:t>коучинг</w:t>
      </w:r>
      <w:proofErr w:type="spellEnd"/>
      <w:r w:rsidRPr="00A5349D">
        <w:t>).</w:t>
      </w:r>
      <w:proofErr w:type="gramEnd"/>
    </w:p>
    <w:p w:rsidR="003973B2" w:rsidRPr="00A5349D" w:rsidRDefault="00A5349D" w:rsidP="00A5349D">
      <w:proofErr w:type="spellStart"/>
      <w:proofErr w:type="gramStart"/>
      <w:r w:rsidRPr="00A5349D">
        <w:t>Оқушылардың</w:t>
      </w:r>
      <w:proofErr w:type="spellEnd"/>
      <w:r w:rsidRPr="00A5349D">
        <w:t xml:space="preserve"> </w:t>
      </w:r>
      <w:proofErr w:type="spellStart"/>
      <w:r w:rsidRPr="00A5349D">
        <w:t>оқу</w:t>
      </w:r>
      <w:proofErr w:type="spellEnd"/>
      <w:r w:rsidRPr="00A5349D">
        <w:t xml:space="preserve"> </w:t>
      </w:r>
      <w:proofErr w:type="spellStart"/>
      <w:r w:rsidRPr="00A5349D">
        <w:t>жылдамдығы</w:t>
      </w:r>
      <w:proofErr w:type="spellEnd"/>
      <w:r w:rsidRPr="00A5349D">
        <w:t xml:space="preserve"> </w:t>
      </w:r>
      <w:proofErr w:type="spellStart"/>
      <w:r w:rsidRPr="00A5349D">
        <w:t>мен</w:t>
      </w:r>
      <w:proofErr w:type="spellEnd"/>
      <w:r w:rsidRPr="00A5349D">
        <w:t xml:space="preserve"> </w:t>
      </w:r>
      <w:proofErr w:type="spellStart"/>
      <w:r w:rsidRPr="00A5349D">
        <w:t>мәтінді</w:t>
      </w:r>
      <w:proofErr w:type="spellEnd"/>
      <w:r w:rsidRPr="00A5349D">
        <w:t xml:space="preserve"> </w:t>
      </w:r>
      <w:proofErr w:type="spellStart"/>
      <w:r w:rsidRPr="00A5349D">
        <w:t>түсіну</w:t>
      </w:r>
      <w:proofErr w:type="spellEnd"/>
      <w:r w:rsidRPr="00A5349D">
        <w:t xml:space="preserve"> </w:t>
      </w:r>
      <w:proofErr w:type="spellStart"/>
      <w:r w:rsidRPr="00A5349D">
        <w:t>деңгейін</w:t>
      </w:r>
      <w:proofErr w:type="spellEnd"/>
      <w:r w:rsidRPr="00A5349D">
        <w:t xml:space="preserve"> </w:t>
      </w:r>
      <w:proofErr w:type="spellStart"/>
      <w:r w:rsidRPr="00A5349D">
        <w:t>жүйелі</w:t>
      </w:r>
      <w:proofErr w:type="spellEnd"/>
      <w:r w:rsidRPr="00A5349D">
        <w:t xml:space="preserve"> </w:t>
      </w:r>
      <w:proofErr w:type="spellStart"/>
      <w:r w:rsidRPr="00A5349D">
        <w:t>түрде</w:t>
      </w:r>
      <w:proofErr w:type="spellEnd"/>
      <w:r w:rsidRPr="00A5349D">
        <w:t xml:space="preserve"> </w:t>
      </w:r>
      <w:proofErr w:type="spellStart"/>
      <w:r w:rsidRPr="00A5349D">
        <w:t>мониторингілеу</w:t>
      </w:r>
      <w:proofErr w:type="spellEnd"/>
      <w:r w:rsidRPr="00A5349D">
        <w:t>.</w:t>
      </w:r>
      <w:proofErr w:type="gramEnd"/>
    </w:p>
    <w:p w:rsidR="003973B2" w:rsidRPr="00A5349D" w:rsidRDefault="00A5349D" w:rsidP="00A5349D">
      <w:proofErr w:type="spellStart"/>
      <w:proofErr w:type="gramStart"/>
      <w:r w:rsidRPr="00A5349D">
        <w:t>Сабақтарды</w:t>
      </w:r>
      <w:proofErr w:type="spellEnd"/>
      <w:r w:rsidRPr="00A5349D">
        <w:t xml:space="preserve"> </w:t>
      </w:r>
      <w:proofErr w:type="spellStart"/>
      <w:r w:rsidRPr="00A5349D">
        <w:t>өзара</w:t>
      </w:r>
      <w:proofErr w:type="spellEnd"/>
      <w:r w:rsidRPr="00A5349D">
        <w:t xml:space="preserve"> </w:t>
      </w:r>
      <w:proofErr w:type="spellStart"/>
      <w:r w:rsidRPr="00A5349D">
        <w:t>талдау</w:t>
      </w:r>
      <w:proofErr w:type="spellEnd"/>
      <w:r w:rsidRPr="00A5349D">
        <w:t xml:space="preserve"> (self-analysis) </w:t>
      </w:r>
      <w:proofErr w:type="spellStart"/>
      <w:r w:rsidRPr="00A5349D">
        <w:t>және</w:t>
      </w:r>
      <w:proofErr w:type="spellEnd"/>
      <w:r w:rsidRPr="00A5349D">
        <w:t xml:space="preserve"> Lesson Study (</w:t>
      </w:r>
      <w:proofErr w:type="spellStart"/>
      <w:r w:rsidRPr="00A5349D">
        <w:t>сабақты</w:t>
      </w:r>
      <w:proofErr w:type="spellEnd"/>
      <w:r w:rsidRPr="00A5349D">
        <w:t xml:space="preserve"> </w:t>
      </w:r>
      <w:proofErr w:type="spellStart"/>
      <w:r w:rsidRPr="00A5349D">
        <w:t>зерттеу</w:t>
      </w:r>
      <w:proofErr w:type="spellEnd"/>
      <w:r w:rsidRPr="00A5349D">
        <w:t xml:space="preserve">) </w:t>
      </w:r>
      <w:proofErr w:type="spellStart"/>
      <w:r w:rsidRPr="00A5349D">
        <w:t>үдерісін</w:t>
      </w:r>
      <w:proofErr w:type="spellEnd"/>
      <w:r w:rsidRPr="00A5349D">
        <w:t xml:space="preserve"> </w:t>
      </w:r>
      <w:proofErr w:type="spellStart"/>
      <w:r w:rsidRPr="00A5349D">
        <w:t>жетілдіру</w:t>
      </w:r>
      <w:proofErr w:type="spellEnd"/>
      <w:r w:rsidRPr="00A5349D">
        <w:t>.</w:t>
      </w:r>
      <w:proofErr w:type="gramEnd"/>
    </w:p>
    <w:p w:rsidR="003973B2" w:rsidRPr="00A5349D" w:rsidRDefault="00A5349D" w:rsidP="00A5349D">
      <w:proofErr w:type="spellStart"/>
      <w:proofErr w:type="gramStart"/>
      <w:r w:rsidRPr="00A5349D">
        <w:t>Оқу</w:t>
      </w:r>
      <w:proofErr w:type="spellEnd"/>
      <w:r w:rsidRPr="00A5349D">
        <w:t xml:space="preserve"> </w:t>
      </w:r>
      <w:proofErr w:type="spellStart"/>
      <w:r w:rsidRPr="00A5349D">
        <w:t>үде</w:t>
      </w:r>
      <w:r w:rsidRPr="00A5349D">
        <w:t>рісіне</w:t>
      </w:r>
      <w:proofErr w:type="spellEnd"/>
      <w:r w:rsidRPr="00A5349D">
        <w:t xml:space="preserve"> </w:t>
      </w:r>
      <w:proofErr w:type="spellStart"/>
      <w:r w:rsidRPr="00A5349D">
        <w:t>ұлттық</w:t>
      </w:r>
      <w:proofErr w:type="spellEnd"/>
      <w:r w:rsidRPr="00A5349D">
        <w:t xml:space="preserve"> </w:t>
      </w:r>
      <w:proofErr w:type="spellStart"/>
      <w:r w:rsidRPr="00A5349D">
        <w:t>құндылықтар</w:t>
      </w:r>
      <w:proofErr w:type="spellEnd"/>
      <w:r w:rsidRPr="00A5349D">
        <w:t xml:space="preserve"> </w:t>
      </w:r>
      <w:proofErr w:type="spellStart"/>
      <w:r w:rsidRPr="00A5349D">
        <w:t>мен</w:t>
      </w:r>
      <w:proofErr w:type="spellEnd"/>
      <w:r w:rsidRPr="00A5349D">
        <w:t xml:space="preserve"> </w:t>
      </w:r>
      <w:proofErr w:type="spellStart"/>
      <w:r w:rsidRPr="00A5349D">
        <w:t>тәрбие</w:t>
      </w:r>
      <w:proofErr w:type="spellEnd"/>
      <w:r w:rsidRPr="00A5349D">
        <w:t xml:space="preserve"> </w:t>
      </w:r>
      <w:proofErr w:type="spellStart"/>
      <w:r w:rsidRPr="00A5349D">
        <w:t>компоненттерін</w:t>
      </w:r>
      <w:proofErr w:type="spellEnd"/>
      <w:r w:rsidRPr="00A5349D">
        <w:t xml:space="preserve"> </w:t>
      </w:r>
      <w:proofErr w:type="spellStart"/>
      <w:r w:rsidRPr="00A5349D">
        <w:t>кіріктіру</w:t>
      </w:r>
      <w:proofErr w:type="spellEnd"/>
      <w:r w:rsidRPr="00A5349D">
        <w:t>.</w:t>
      </w:r>
      <w:proofErr w:type="gramEnd"/>
    </w:p>
    <w:p w:rsidR="003973B2" w:rsidRPr="00A5349D" w:rsidRDefault="00A5349D" w:rsidP="00A5349D">
      <w:r w:rsidRPr="00A5349D">
        <w:t xml:space="preserve">І </w:t>
      </w:r>
      <w:proofErr w:type="spellStart"/>
      <w:r w:rsidRPr="00A5349D">
        <w:t>тоқсан</w:t>
      </w:r>
      <w:proofErr w:type="spellEnd"/>
      <w:r w:rsidRPr="00A5349D">
        <w:t xml:space="preserve">: </w:t>
      </w:r>
      <w:proofErr w:type="spellStart"/>
      <w:r w:rsidRPr="00A5349D">
        <w:t>Ұйымдастыру</w:t>
      </w:r>
      <w:proofErr w:type="spellEnd"/>
      <w:r w:rsidRPr="00A5349D">
        <w:t xml:space="preserve"> </w:t>
      </w:r>
      <w:proofErr w:type="spellStart"/>
      <w:r w:rsidRPr="00A5349D">
        <w:t>және</w:t>
      </w:r>
      <w:proofErr w:type="spellEnd"/>
      <w:r w:rsidRPr="00A5349D">
        <w:t xml:space="preserve"> </w:t>
      </w:r>
      <w:proofErr w:type="spellStart"/>
      <w:r w:rsidRPr="00A5349D">
        <w:t>диагностикалық</w:t>
      </w:r>
      <w:proofErr w:type="spellEnd"/>
      <w:r w:rsidRPr="00A5349D">
        <w:t xml:space="preserve"> </w:t>
      </w:r>
      <w:proofErr w:type="spellStart"/>
      <w:r w:rsidRPr="00A5349D">
        <w:t>кезең</w:t>
      </w:r>
      <w:proofErr w:type="spellEnd"/>
      <w:r w:rsidRPr="00A5349D">
        <w:t xml:space="preserve"> (</w:t>
      </w:r>
      <w:proofErr w:type="spellStart"/>
      <w:r w:rsidRPr="00A5349D">
        <w:t>Қыркүйек</w:t>
      </w:r>
      <w:proofErr w:type="spellEnd"/>
      <w:r w:rsidRPr="00A5349D">
        <w:t xml:space="preserve"> – </w:t>
      </w:r>
      <w:proofErr w:type="spellStart"/>
      <w:r w:rsidRPr="00A5349D">
        <w:t>Қазан</w:t>
      </w:r>
      <w:proofErr w:type="spellEnd"/>
      <w:r w:rsidRPr="00A5349D">
        <w:t>)</w:t>
      </w:r>
    </w:p>
    <w:tbl>
      <w:tblPr>
        <w:tblW w:w="0" w:type="auto"/>
        <w:jc w:val="center"/>
        <w:tblLayout w:type="fixed"/>
        <w:tblLook w:val="04A0"/>
      </w:tblPr>
      <w:tblGrid>
        <w:gridCol w:w="720"/>
        <w:gridCol w:w="5472"/>
        <w:gridCol w:w="1440"/>
        <w:gridCol w:w="2016"/>
      </w:tblGrid>
      <w:tr w:rsidR="003973B2" w:rsidRPr="00A5349D">
        <w:trPr>
          <w:jc w:val="center"/>
        </w:trPr>
        <w:tc>
          <w:tcPr>
            <w:tcW w:w="72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r w:rsidRPr="00A5349D">
              <w:t>№</w:t>
            </w:r>
          </w:p>
        </w:tc>
        <w:tc>
          <w:tcPr>
            <w:tcW w:w="5472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Атқарылатын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іс-шаралар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мазмұны</w:t>
            </w:r>
            <w:proofErr w:type="spellEnd"/>
          </w:p>
        </w:tc>
        <w:tc>
          <w:tcPr>
            <w:tcW w:w="144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Мерзімі</w:t>
            </w:r>
            <w:proofErr w:type="spellEnd"/>
          </w:p>
        </w:tc>
        <w:tc>
          <w:tcPr>
            <w:tcW w:w="2016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Жауаптылар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1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 xml:space="preserve">2025-2026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қорытындысын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талдау</w:t>
            </w:r>
            <w:proofErr w:type="spellEnd"/>
            <w:r w:rsidRPr="00A5349D">
              <w:t xml:space="preserve">. </w:t>
            </w:r>
            <w:proofErr w:type="spellStart"/>
            <w:r w:rsidRPr="00A5349D">
              <w:t>Жаңа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жылына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арналған</w:t>
            </w:r>
            <w:proofErr w:type="spellEnd"/>
            <w:r w:rsidRPr="00A5349D">
              <w:t xml:space="preserve"> ӘБ </w:t>
            </w:r>
            <w:proofErr w:type="spellStart"/>
            <w:r w:rsidRPr="00A5349D">
              <w:t>жоспарын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бекіту</w:t>
            </w:r>
            <w:proofErr w:type="spellEnd"/>
            <w:r w:rsidRPr="00A5349D">
              <w:t xml:space="preserve">. </w:t>
            </w:r>
            <w:proofErr w:type="spellStart"/>
            <w:r w:rsidRPr="00A5349D">
              <w:t>Күнтізбелік-тақырыптық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жоспарларды</w:t>
            </w:r>
            <w:proofErr w:type="spellEnd"/>
            <w:r w:rsidRPr="00A5349D">
              <w:t xml:space="preserve"> (КТЖ) </w:t>
            </w:r>
            <w:proofErr w:type="spellStart"/>
            <w:r w:rsidRPr="00A5349D">
              <w:t>тексеру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Қыркүйек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2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 xml:space="preserve">1-4 </w:t>
            </w:r>
            <w:proofErr w:type="spellStart"/>
            <w:r w:rsidRPr="00A5349D">
              <w:t>сынып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оқушыларының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білім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сапасының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бастапқы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диагностикасы</w:t>
            </w:r>
            <w:proofErr w:type="spellEnd"/>
            <w:r w:rsidRPr="00A5349D">
              <w:t xml:space="preserve"> (</w:t>
            </w:r>
            <w:proofErr w:type="spellStart"/>
            <w:r w:rsidRPr="00A5349D">
              <w:t>кіріс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бақылау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жұмыстары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диктанттар</w:t>
            </w:r>
            <w:proofErr w:type="spellEnd"/>
            <w:r w:rsidRPr="00A5349D">
              <w:t>).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Қыркүйек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Бастауыш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сынып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мұғалімдері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3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Мониторинг</w:t>
            </w:r>
            <w:proofErr w:type="spellEnd"/>
            <w:r w:rsidRPr="00A5349D">
              <w:t xml:space="preserve">: </w:t>
            </w:r>
            <w:proofErr w:type="spellStart"/>
            <w:r w:rsidRPr="00A5349D">
              <w:t>Бастауыш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сынып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оқушыларының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жылдамдығы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сауаттылығының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алғашқы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деңгейін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анықтау</w:t>
            </w:r>
            <w:proofErr w:type="spellEnd"/>
            <w:r w:rsidRPr="00A5349D">
              <w:t xml:space="preserve"> (</w:t>
            </w:r>
            <w:proofErr w:type="spellStart"/>
            <w:r w:rsidRPr="00A5349D">
              <w:t>Кіріс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мониторингі</w:t>
            </w:r>
            <w:proofErr w:type="spellEnd"/>
            <w:r w:rsidRPr="00A5349D">
              <w:t>).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Қыркүйек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мұғалімдер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4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отырысы</w:t>
            </w:r>
            <w:proofErr w:type="spellEnd"/>
            <w:r w:rsidRPr="00A5349D">
              <w:t>: «</w:t>
            </w:r>
            <w:proofErr w:type="spellStart"/>
            <w:r w:rsidRPr="00A5349D">
              <w:t>Заманауи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сабақ</w:t>
            </w:r>
            <w:proofErr w:type="spellEnd"/>
            <w:r w:rsidRPr="00A5349D">
              <w:t xml:space="preserve">: </w:t>
            </w:r>
            <w:proofErr w:type="spellStart"/>
            <w:r w:rsidRPr="00A5349D">
              <w:t>тиімді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әдістер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цифрлық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құралдарды</w:t>
            </w:r>
            <w:proofErr w:type="spellEnd"/>
            <w:r w:rsidRPr="00A5349D">
              <w:t xml:space="preserve"> (</w:t>
            </w:r>
            <w:proofErr w:type="spellStart"/>
            <w:r w:rsidRPr="00A5349D">
              <w:t>жасанды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интеллект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интерактивті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тақта</w:t>
            </w:r>
            <w:proofErr w:type="spellEnd"/>
            <w:r w:rsidRPr="00A5349D">
              <w:t xml:space="preserve">) </w:t>
            </w:r>
            <w:proofErr w:type="spellStart"/>
            <w:r w:rsidRPr="00A5349D">
              <w:t>қолдану</w:t>
            </w:r>
            <w:proofErr w:type="spellEnd"/>
            <w:r w:rsidRPr="00A5349D">
              <w:t>».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Қаз</w:t>
            </w:r>
            <w:r w:rsidRPr="00A5349D">
              <w:t>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мұғалімдер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5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Жас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мамандармен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жұмыс</w:t>
            </w:r>
            <w:proofErr w:type="spellEnd"/>
            <w:r w:rsidRPr="00A5349D">
              <w:t>: «</w:t>
            </w:r>
            <w:proofErr w:type="spellStart"/>
            <w:r w:rsidRPr="00A5349D">
              <w:t>Тәлімгерлік</w:t>
            </w:r>
            <w:proofErr w:type="spellEnd"/>
            <w:r w:rsidRPr="00A5349D">
              <w:t xml:space="preserve">» </w:t>
            </w:r>
            <w:proofErr w:type="spellStart"/>
            <w:r w:rsidRPr="00A5349D">
              <w:t>жоспарын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құру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сабақтарға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қатысу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және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өзара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талдау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жасауды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үйрету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Қазан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Тәлімгерлер</w:t>
            </w:r>
            <w:proofErr w:type="spellEnd"/>
          </w:p>
        </w:tc>
      </w:tr>
    </w:tbl>
    <w:p w:rsidR="003973B2" w:rsidRPr="00A5349D" w:rsidRDefault="003973B2" w:rsidP="00A5349D"/>
    <w:p w:rsidR="00A5349D" w:rsidRDefault="00A5349D" w:rsidP="00A5349D">
      <w:pPr>
        <w:rPr>
          <w:lang w:val="kk-KZ"/>
        </w:rPr>
      </w:pPr>
    </w:p>
    <w:p w:rsidR="003973B2" w:rsidRPr="00A5349D" w:rsidRDefault="00A5349D" w:rsidP="00A5349D">
      <w:pPr>
        <w:rPr>
          <w:lang w:val="kk-KZ"/>
        </w:rPr>
      </w:pPr>
      <w:r w:rsidRPr="00A5349D">
        <w:rPr>
          <w:lang w:val="kk-KZ"/>
        </w:rPr>
        <w:lastRenderedPageBreak/>
        <w:t>ІІ тоқсан: Кәсіби даму және әдістемелік ізденіс (Қараша – Желтоқсан)</w:t>
      </w:r>
    </w:p>
    <w:tbl>
      <w:tblPr>
        <w:tblW w:w="0" w:type="auto"/>
        <w:jc w:val="center"/>
        <w:tblLayout w:type="fixed"/>
        <w:tblLook w:val="04A0"/>
      </w:tblPr>
      <w:tblGrid>
        <w:gridCol w:w="720"/>
        <w:gridCol w:w="5472"/>
        <w:gridCol w:w="1440"/>
        <w:gridCol w:w="2016"/>
      </w:tblGrid>
      <w:tr w:rsidR="003973B2" w:rsidRPr="00A5349D">
        <w:trPr>
          <w:jc w:val="center"/>
        </w:trPr>
        <w:tc>
          <w:tcPr>
            <w:tcW w:w="72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r w:rsidRPr="00A5349D">
              <w:t>№</w:t>
            </w:r>
          </w:p>
        </w:tc>
        <w:tc>
          <w:tcPr>
            <w:tcW w:w="5472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Атқарылатын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іс-шаралар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мазмұны</w:t>
            </w:r>
            <w:proofErr w:type="spellEnd"/>
          </w:p>
        </w:tc>
        <w:tc>
          <w:tcPr>
            <w:tcW w:w="144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Мерзімі</w:t>
            </w:r>
            <w:proofErr w:type="spellEnd"/>
          </w:p>
        </w:tc>
        <w:tc>
          <w:tcPr>
            <w:tcW w:w="2016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Жауаптылар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1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Семинар-практикум</w:t>
            </w:r>
            <w:proofErr w:type="spellEnd"/>
            <w:r w:rsidRPr="00A5349D">
              <w:t>: «</w:t>
            </w:r>
            <w:proofErr w:type="spellStart"/>
            <w:r w:rsidRPr="00A5349D">
              <w:t>Бастауыш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сыныптарда</w:t>
            </w:r>
            <w:proofErr w:type="spellEnd"/>
            <w:r w:rsidRPr="00A5349D">
              <w:t xml:space="preserve"> Lesson Study (</w:t>
            </w:r>
            <w:proofErr w:type="spellStart"/>
            <w:r w:rsidRPr="00A5349D">
              <w:t>Сабақты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зерттеу</w:t>
            </w:r>
            <w:proofErr w:type="spellEnd"/>
            <w:r w:rsidRPr="00A5349D">
              <w:t xml:space="preserve">) </w:t>
            </w:r>
            <w:proofErr w:type="spellStart"/>
            <w:r w:rsidRPr="00A5349D">
              <w:t>тәсілін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ұйымдастыру</w:t>
            </w:r>
            <w:proofErr w:type="spellEnd"/>
            <w:r w:rsidRPr="00A5349D">
              <w:t xml:space="preserve">: </w:t>
            </w:r>
            <w:proofErr w:type="spellStart"/>
            <w:r w:rsidRPr="00A5349D">
              <w:t>Мәселені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анықтау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және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жоспарлау</w:t>
            </w:r>
            <w:proofErr w:type="spellEnd"/>
            <w:r w:rsidRPr="00A5349D">
              <w:t>».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Қараша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2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Оқушылардың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функционалдық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сауаттылығын</w:t>
            </w:r>
            <w:proofErr w:type="spellEnd"/>
            <w:r w:rsidRPr="00A5349D">
              <w:t xml:space="preserve"> (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және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математикалық</w:t>
            </w:r>
            <w:proofErr w:type="spellEnd"/>
            <w:r w:rsidRPr="00A5349D">
              <w:t xml:space="preserve">) </w:t>
            </w:r>
            <w:proofErr w:type="spellStart"/>
            <w:r w:rsidRPr="00A5349D">
              <w:t>дамытуға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бағытталған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ашық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сабақтар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сериясы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Қараша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Пән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мұғалімдері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3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отырысы</w:t>
            </w:r>
            <w:proofErr w:type="spellEnd"/>
            <w:r w:rsidRPr="00A5349D">
              <w:t xml:space="preserve">: «І </w:t>
            </w:r>
            <w:proofErr w:type="spellStart"/>
            <w:r w:rsidRPr="00A5349D">
              <w:t>жартыжылдық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қорытындысы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бойынша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оқушылардың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білім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сапасы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белсенділігін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талдау</w:t>
            </w:r>
            <w:proofErr w:type="spellEnd"/>
            <w:r w:rsidRPr="00A5349D">
              <w:t xml:space="preserve"> (SWOT-</w:t>
            </w:r>
            <w:proofErr w:type="spellStart"/>
            <w:r w:rsidRPr="00A5349D">
              <w:t>талдау</w:t>
            </w:r>
            <w:proofErr w:type="spellEnd"/>
            <w:proofErr w:type="gramStart"/>
            <w:r w:rsidRPr="00A5349D">
              <w:t>)»</w:t>
            </w:r>
            <w:proofErr w:type="gram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Желтоқсан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4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Мониторинг</w:t>
            </w:r>
            <w:proofErr w:type="spellEnd"/>
            <w:r w:rsidRPr="00A5349D">
              <w:t xml:space="preserve">: </w:t>
            </w:r>
            <w:proofErr w:type="spellStart"/>
            <w:r w:rsidRPr="00A5349D">
              <w:t>Оқушылардың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жылдамдығының</w:t>
            </w:r>
            <w:proofErr w:type="spellEnd"/>
            <w:r w:rsidRPr="00A5349D">
              <w:t xml:space="preserve"> І </w:t>
            </w:r>
            <w:proofErr w:type="spellStart"/>
            <w:r w:rsidRPr="00A5349D">
              <w:t>жартыжылдық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бойынша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аралық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нәтижелерін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тексеру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қыркүйек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айымен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салыстырмалы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талдау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жасау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Желтоқсан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мұғалімдер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5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Жаңа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жылдық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іс-шаралар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аясында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оқушылардың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шығармашылық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қабілетін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арттыруға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арналған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цифрлық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көрмелер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байқаулар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Желтоқсан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Сынып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жетекшілері</w:t>
            </w:r>
            <w:proofErr w:type="spellEnd"/>
          </w:p>
        </w:tc>
      </w:tr>
    </w:tbl>
    <w:p w:rsidR="003973B2" w:rsidRPr="00A5349D" w:rsidRDefault="003973B2" w:rsidP="00A5349D"/>
    <w:p w:rsidR="003973B2" w:rsidRPr="00A5349D" w:rsidRDefault="00A5349D" w:rsidP="00A5349D">
      <w:r w:rsidRPr="00A5349D">
        <w:t xml:space="preserve">ІІІ </w:t>
      </w:r>
      <w:proofErr w:type="spellStart"/>
      <w:r w:rsidRPr="00A5349D">
        <w:t>тоқсан</w:t>
      </w:r>
      <w:proofErr w:type="spellEnd"/>
      <w:r w:rsidRPr="00A5349D">
        <w:t xml:space="preserve">: </w:t>
      </w:r>
      <w:proofErr w:type="spellStart"/>
      <w:r w:rsidRPr="00A5349D">
        <w:t>Педагогикалық</w:t>
      </w:r>
      <w:proofErr w:type="spellEnd"/>
      <w:r w:rsidRPr="00A5349D">
        <w:t xml:space="preserve"> </w:t>
      </w:r>
      <w:proofErr w:type="spellStart"/>
      <w:r w:rsidRPr="00A5349D">
        <w:t>шеберлік</w:t>
      </w:r>
      <w:proofErr w:type="spellEnd"/>
      <w:r w:rsidRPr="00A5349D">
        <w:t xml:space="preserve"> </w:t>
      </w:r>
      <w:proofErr w:type="spellStart"/>
      <w:r w:rsidRPr="00A5349D">
        <w:t>және</w:t>
      </w:r>
      <w:proofErr w:type="spellEnd"/>
      <w:r w:rsidRPr="00A5349D">
        <w:t xml:space="preserve"> </w:t>
      </w:r>
      <w:proofErr w:type="spellStart"/>
      <w:r w:rsidRPr="00A5349D">
        <w:t>инновация</w:t>
      </w:r>
      <w:proofErr w:type="spellEnd"/>
      <w:r w:rsidRPr="00A5349D">
        <w:t xml:space="preserve"> (</w:t>
      </w:r>
      <w:proofErr w:type="spellStart"/>
      <w:r w:rsidRPr="00A5349D">
        <w:t>Қаңтар</w:t>
      </w:r>
      <w:proofErr w:type="spellEnd"/>
      <w:r w:rsidRPr="00A5349D">
        <w:t xml:space="preserve"> – </w:t>
      </w:r>
      <w:proofErr w:type="spellStart"/>
      <w:r w:rsidRPr="00A5349D">
        <w:t>Наурыз</w:t>
      </w:r>
      <w:proofErr w:type="spellEnd"/>
      <w:r w:rsidRPr="00A5349D">
        <w:t>)</w:t>
      </w:r>
    </w:p>
    <w:tbl>
      <w:tblPr>
        <w:tblW w:w="0" w:type="auto"/>
        <w:jc w:val="center"/>
        <w:tblLayout w:type="fixed"/>
        <w:tblLook w:val="04A0"/>
      </w:tblPr>
      <w:tblGrid>
        <w:gridCol w:w="720"/>
        <w:gridCol w:w="5472"/>
        <w:gridCol w:w="1440"/>
        <w:gridCol w:w="2016"/>
      </w:tblGrid>
      <w:tr w:rsidR="003973B2" w:rsidRPr="00A5349D">
        <w:trPr>
          <w:jc w:val="center"/>
        </w:trPr>
        <w:tc>
          <w:tcPr>
            <w:tcW w:w="72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r w:rsidRPr="00A5349D">
              <w:t>№</w:t>
            </w:r>
          </w:p>
        </w:tc>
        <w:tc>
          <w:tcPr>
            <w:tcW w:w="5472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Атқарылатын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іс-шаралар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мазмұны</w:t>
            </w:r>
            <w:proofErr w:type="spellEnd"/>
          </w:p>
        </w:tc>
        <w:tc>
          <w:tcPr>
            <w:tcW w:w="144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Мерзімі</w:t>
            </w:r>
            <w:proofErr w:type="spellEnd"/>
          </w:p>
        </w:tc>
        <w:tc>
          <w:tcPr>
            <w:tcW w:w="2016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Жауаптылар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1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Бастауыш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сыныптардың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әдістемелік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апталығы</w:t>
            </w:r>
            <w:proofErr w:type="spellEnd"/>
            <w:r w:rsidRPr="00A5349D">
              <w:t>: «</w:t>
            </w:r>
            <w:proofErr w:type="spellStart"/>
            <w:r w:rsidRPr="00A5349D">
              <w:t>Ұлттық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құндылықтарға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негеделген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заманауи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білім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беру</w:t>
            </w:r>
            <w:proofErr w:type="spellEnd"/>
            <w:r w:rsidRPr="00A5349D">
              <w:t>». (</w:t>
            </w:r>
            <w:proofErr w:type="spellStart"/>
            <w:r w:rsidRPr="00A5349D">
              <w:t>Ашық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сабақтар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тәрбие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сағаттары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көрмелер</w:t>
            </w:r>
            <w:proofErr w:type="spellEnd"/>
            <w:r w:rsidRPr="00A5349D">
              <w:t>).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Қаңтар</w:t>
            </w:r>
            <w:proofErr w:type="spellEnd"/>
            <w:r w:rsidRPr="00A5349D">
              <w:t>/</w:t>
            </w:r>
            <w:proofErr w:type="spellStart"/>
            <w:r w:rsidRPr="00A5349D">
              <w:t>Ақпан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Барлық</w:t>
            </w:r>
            <w:proofErr w:type="spellEnd"/>
            <w:r w:rsidRPr="00A5349D">
              <w:t xml:space="preserve"> ӘБ </w:t>
            </w:r>
            <w:proofErr w:type="spellStart"/>
            <w:r w:rsidRPr="00A5349D">
              <w:t>мүшелері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2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Мұғалімдердің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кәсіби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конкурстарға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олимпиадаларға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қатысуын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ұйымдастыру</w:t>
            </w:r>
            <w:proofErr w:type="spellEnd"/>
            <w:r w:rsidRPr="00A5349D">
              <w:t xml:space="preserve">. </w:t>
            </w:r>
            <w:proofErr w:type="spellStart"/>
            <w:r w:rsidRPr="00A5349D">
              <w:t>Педагог-модератор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сарапшы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деңгейіндегі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мұғалімдердің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іс-тәжірибесін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тарату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Ақпан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3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Коучинг</w:t>
            </w:r>
            <w:proofErr w:type="spellEnd"/>
            <w:r w:rsidRPr="00A5349D">
              <w:t>: «</w:t>
            </w:r>
            <w:proofErr w:type="spellStart"/>
            <w:r w:rsidRPr="00A5349D">
              <w:t>Сабақты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өзін-өзі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талдау</w:t>
            </w:r>
            <w:proofErr w:type="spellEnd"/>
            <w:r w:rsidRPr="00A5349D">
              <w:t xml:space="preserve"> </w:t>
            </w:r>
            <w:r w:rsidRPr="00A5349D">
              <w:t xml:space="preserve">(Self-analysis) </w:t>
            </w:r>
            <w:proofErr w:type="spellStart"/>
            <w:r w:rsidRPr="00A5349D">
              <w:t>мәдениеті</w:t>
            </w:r>
            <w:proofErr w:type="spellEnd"/>
            <w:r w:rsidRPr="00A5349D">
              <w:t xml:space="preserve">: </w:t>
            </w:r>
            <w:proofErr w:type="spellStart"/>
            <w:r w:rsidRPr="00A5349D">
              <w:t>Жетістіктер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жіберілген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кемшіліктерді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қалай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дұрыс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бағалау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керек</w:t>
            </w:r>
            <w:proofErr w:type="spellEnd"/>
            <w:proofErr w:type="gramStart"/>
            <w:r w:rsidRPr="00A5349D">
              <w:t>?»</w:t>
            </w:r>
            <w:proofErr w:type="gram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Ақпан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lastRenderedPageBreak/>
              <w:t>4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отырысы</w:t>
            </w:r>
            <w:proofErr w:type="spellEnd"/>
            <w:r w:rsidRPr="00A5349D">
              <w:t>: «</w:t>
            </w:r>
            <w:proofErr w:type="spellStart"/>
            <w:r w:rsidRPr="00A5349D">
              <w:t>Оқушылардың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ғылыми-зерттеу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жұмыстары</w:t>
            </w:r>
            <w:proofErr w:type="spellEnd"/>
            <w:r w:rsidRPr="00A5349D">
              <w:t xml:space="preserve">: </w:t>
            </w:r>
            <w:proofErr w:type="spellStart"/>
            <w:r w:rsidRPr="00A5349D">
              <w:t>Кіші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ғылым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академиясына</w:t>
            </w:r>
            <w:proofErr w:type="spellEnd"/>
            <w:r w:rsidRPr="00A5349D">
              <w:t xml:space="preserve"> (КҒА) </w:t>
            </w:r>
            <w:proofErr w:type="spellStart"/>
            <w:r w:rsidRPr="00A5349D">
              <w:t>жобалар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дайындау</w:t>
            </w:r>
            <w:proofErr w:type="spellEnd"/>
            <w:r w:rsidRPr="00A5349D">
              <w:t>».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Наурыз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Жоба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жетекшілері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5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Наурыз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мейрамына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орайластырылған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мәдени-танымдық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және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ұлттық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нақыштағы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кіріктірілген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сабақтар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іс-шаралар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Наурыз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Сынып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жетекшілері</w:t>
            </w:r>
            <w:proofErr w:type="spellEnd"/>
          </w:p>
        </w:tc>
      </w:tr>
    </w:tbl>
    <w:p w:rsidR="003973B2" w:rsidRPr="00A5349D" w:rsidRDefault="003973B2" w:rsidP="00A5349D"/>
    <w:p w:rsidR="003973B2" w:rsidRPr="00A5349D" w:rsidRDefault="00A5349D" w:rsidP="00A5349D">
      <w:r w:rsidRPr="00A5349D">
        <w:t xml:space="preserve">IV </w:t>
      </w:r>
      <w:proofErr w:type="spellStart"/>
      <w:r w:rsidRPr="00A5349D">
        <w:t>тоқсан</w:t>
      </w:r>
      <w:proofErr w:type="spellEnd"/>
      <w:r w:rsidRPr="00A5349D">
        <w:t xml:space="preserve">: </w:t>
      </w:r>
      <w:proofErr w:type="spellStart"/>
      <w:r w:rsidRPr="00A5349D">
        <w:t>Мониторинг</w:t>
      </w:r>
      <w:proofErr w:type="spellEnd"/>
      <w:r w:rsidRPr="00A5349D">
        <w:t xml:space="preserve"> </w:t>
      </w:r>
      <w:proofErr w:type="spellStart"/>
      <w:r w:rsidRPr="00A5349D">
        <w:t>және</w:t>
      </w:r>
      <w:proofErr w:type="spellEnd"/>
      <w:r w:rsidRPr="00A5349D">
        <w:t xml:space="preserve"> </w:t>
      </w:r>
      <w:proofErr w:type="spellStart"/>
      <w:r w:rsidRPr="00A5349D">
        <w:t>қорытындылау</w:t>
      </w:r>
      <w:proofErr w:type="spellEnd"/>
      <w:r w:rsidRPr="00A5349D">
        <w:t xml:space="preserve"> (</w:t>
      </w:r>
      <w:proofErr w:type="spellStart"/>
      <w:r w:rsidRPr="00A5349D">
        <w:t>Сәуір</w:t>
      </w:r>
      <w:proofErr w:type="spellEnd"/>
      <w:r w:rsidRPr="00A5349D">
        <w:t xml:space="preserve"> – </w:t>
      </w:r>
      <w:proofErr w:type="spellStart"/>
      <w:r w:rsidRPr="00A5349D">
        <w:t>Мамыр</w:t>
      </w:r>
      <w:proofErr w:type="spellEnd"/>
      <w:r w:rsidRPr="00A5349D">
        <w:t>)</w:t>
      </w:r>
    </w:p>
    <w:tbl>
      <w:tblPr>
        <w:tblW w:w="0" w:type="auto"/>
        <w:jc w:val="center"/>
        <w:tblLayout w:type="fixed"/>
        <w:tblLook w:val="04A0"/>
      </w:tblPr>
      <w:tblGrid>
        <w:gridCol w:w="720"/>
        <w:gridCol w:w="5472"/>
        <w:gridCol w:w="1440"/>
        <w:gridCol w:w="2016"/>
      </w:tblGrid>
      <w:tr w:rsidR="003973B2" w:rsidRPr="00A5349D">
        <w:trPr>
          <w:jc w:val="center"/>
        </w:trPr>
        <w:tc>
          <w:tcPr>
            <w:tcW w:w="72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r w:rsidRPr="00A5349D">
              <w:t>№</w:t>
            </w:r>
          </w:p>
        </w:tc>
        <w:tc>
          <w:tcPr>
            <w:tcW w:w="5472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Атқарылатын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іс-шаралар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мазмұны</w:t>
            </w:r>
            <w:proofErr w:type="spellEnd"/>
          </w:p>
        </w:tc>
        <w:tc>
          <w:tcPr>
            <w:tcW w:w="1440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Мерзімі</w:t>
            </w:r>
            <w:proofErr w:type="spellEnd"/>
          </w:p>
        </w:tc>
        <w:tc>
          <w:tcPr>
            <w:tcW w:w="2016" w:type="dxa"/>
            <w:shd w:val="clear" w:color="auto" w:fill="1A365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Жауаптылар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1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 xml:space="preserve">4-сынып </w:t>
            </w:r>
            <w:proofErr w:type="spellStart"/>
            <w:r w:rsidRPr="00A5349D">
              <w:t>оқушыларын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қорытынды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аттестаттауға</w:t>
            </w:r>
            <w:proofErr w:type="spellEnd"/>
            <w:r w:rsidRPr="00A5349D">
              <w:t xml:space="preserve"> (</w:t>
            </w:r>
            <w:proofErr w:type="spellStart"/>
            <w:r w:rsidRPr="00A5349D">
              <w:t>емтихандарға</w:t>
            </w:r>
            <w:proofErr w:type="spellEnd"/>
            <w:r w:rsidRPr="00A5349D">
              <w:t xml:space="preserve">) </w:t>
            </w:r>
            <w:proofErr w:type="spellStart"/>
            <w:r w:rsidRPr="00A5349D">
              <w:t>дайындық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жұмыстарын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ұйымдастыру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және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бақылау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Сәуір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Бастауыш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сынып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мұғалімдері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2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Қорытынды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мониторинг</w:t>
            </w:r>
            <w:proofErr w:type="spellEnd"/>
            <w:r w:rsidRPr="00A5349D">
              <w:t xml:space="preserve">: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соңындағы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жылдамдығын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тексеру</w:t>
            </w:r>
            <w:proofErr w:type="spellEnd"/>
            <w:r w:rsidRPr="00A5349D">
              <w:t xml:space="preserve"> (</w:t>
            </w:r>
            <w:proofErr w:type="spellStart"/>
            <w:r w:rsidRPr="00A5349D">
              <w:t>Қыркүйек</w:t>
            </w:r>
            <w:proofErr w:type="spellEnd"/>
            <w:r w:rsidRPr="00A5349D">
              <w:t xml:space="preserve"> - </w:t>
            </w:r>
            <w:proofErr w:type="spellStart"/>
            <w:r w:rsidRPr="00A5349D">
              <w:t>Ақпан</w:t>
            </w:r>
            <w:proofErr w:type="spellEnd"/>
            <w:r w:rsidRPr="00A5349D">
              <w:t xml:space="preserve"> - </w:t>
            </w:r>
            <w:proofErr w:type="spellStart"/>
            <w:r w:rsidRPr="00A5349D">
              <w:t>Мамыр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айларының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динамикасын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салыстырмалы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талдау</w:t>
            </w:r>
            <w:proofErr w:type="spellEnd"/>
            <w:r w:rsidRPr="00A5349D">
              <w:t>).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Мамыр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3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Сыныптар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бойынша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білім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сапасының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жылдық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қорытынды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бақылау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жұмыстарын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алу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және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сараптама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жасау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Мамыр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мұғалімдер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4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Қорытынды</w:t>
            </w:r>
            <w:proofErr w:type="spellEnd"/>
            <w:r w:rsidRPr="00A5349D">
              <w:t xml:space="preserve"> ӘБ </w:t>
            </w:r>
            <w:proofErr w:type="spellStart"/>
            <w:r w:rsidRPr="00A5349D">
              <w:t>отырысы</w:t>
            </w:r>
            <w:proofErr w:type="spellEnd"/>
            <w:r w:rsidRPr="00A5349D">
              <w:t xml:space="preserve">: 2026-2027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жылында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атқарылған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жұмыстар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есебі</w:t>
            </w:r>
            <w:proofErr w:type="spellEnd"/>
            <w:r w:rsidRPr="00A5349D">
              <w:t xml:space="preserve">. </w:t>
            </w:r>
            <w:proofErr w:type="spellStart"/>
            <w:r w:rsidRPr="00A5349D">
              <w:t>Мұғалімдердің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шығармашылық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есептері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және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келесі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жылына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міндеттер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айқындау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Мамыр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F7FAFC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  <w:tr w:rsidR="003973B2" w:rsidRPr="00A5349D">
        <w:trPr>
          <w:jc w:val="center"/>
        </w:trPr>
        <w:tc>
          <w:tcPr>
            <w:tcW w:w="72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5</w:t>
            </w:r>
          </w:p>
        </w:tc>
        <w:tc>
          <w:tcPr>
            <w:tcW w:w="5472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Оқу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жылының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қорытындысы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бойынша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белсенді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оқушылар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мен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мұғалімдерді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марапаттау</w:t>
            </w:r>
            <w:proofErr w:type="spellEnd"/>
            <w:r w:rsidRPr="00A5349D">
              <w:t xml:space="preserve">, </w:t>
            </w:r>
            <w:proofErr w:type="spellStart"/>
            <w:r w:rsidRPr="00A5349D">
              <w:t>номинациялар</w:t>
            </w:r>
            <w:proofErr w:type="spellEnd"/>
            <w:r w:rsidRPr="00A5349D">
              <w:t xml:space="preserve"> </w:t>
            </w:r>
            <w:proofErr w:type="spellStart"/>
            <w:r w:rsidRPr="00A5349D">
              <w:t>беру</w:t>
            </w:r>
            <w:proofErr w:type="spellEnd"/>
            <w:r w:rsidRPr="00A5349D">
              <w:t>.</w:t>
            </w:r>
          </w:p>
        </w:tc>
        <w:tc>
          <w:tcPr>
            <w:tcW w:w="144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proofErr w:type="spellStart"/>
            <w:r w:rsidRPr="00A5349D">
              <w:t>Мамыр</w:t>
            </w:r>
            <w:proofErr w:type="spellEnd"/>
          </w:p>
        </w:tc>
        <w:tc>
          <w:tcPr>
            <w:tcW w:w="2016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973B2" w:rsidRPr="00A5349D" w:rsidRDefault="00A5349D" w:rsidP="00A5349D">
            <w:r w:rsidRPr="00A5349D">
              <w:t>ӘБ</w:t>
            </w:r>
            <w:r w:rsidRPr="00A5349D">
              <w:t xml:space="preserve"> </w:t>
            </w:r>
            <w:proofErr w:type="spellStart"/>
            <w:r w:rsidRPr="00A5349D">
              <w:t>жетекшісі</w:t>
            </w:r>
            <w:proofErr w:type="spellEnd"/>
          </w:p>
        </w:tc>
      </w:tr>
    </w:tbl>
    <w:p w:rsidR="003973B2" w:rsidRPr="00A5349D" w:rsidRDefault="003973B2" w:rsidP="00A5349D"/>
    <w:sectPr w:rsidR="003973B2" w:rsidRPr="00A5349D" w:rsidSect="00034616">
      <w:pgSz w:w="11909" w:h="16834"/>
      <w:pgMar w:top="1138" w:right="850" w:bottom="1138" w:left="141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973B2"/>
    <w:rsid w:val="00A5349D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120"/>
    </w:pPr>
    <w:rPr>
      <w:rFonts w:ascii="Times New Roman" w:hAnsi="Times New Roman"/>
      <w:color w:val="000000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Админ</cp:lastModifiedBy>
  <cp:revision>2</cp:revision>
  <dcterms:created xsi:type="dcterms:W3CDTF">2026-06-17T06:25:00Z</dcterms:created>
  <dcterms:modified xsi:type="dcterms:W3CDTF">2026-06-17T06:25:00Z</dcterms:modified>
</cp:coreProperties>
</file>